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18DD" w14:textId="30E4675D" w:rsidR="002303C7" w:rsidRPr="00A3332C" w:rsidRDefault="00C87C23" w:rsidP="00164F14">
      <w:pPr>
        <w:pStyle w:val="Heading1"/>
        <w:spacing w:before="0"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IEEE </w:t>
      </w:r>
      <w:r w:rsidR="001761D7">
        <w:rPr>
          <w:rFonts w:ascii="Arial" w:hAnsi="Arial" w:cs="Arial"/>
          <w:sz w:val="20"/>
          <w:szCs w:val="20"/>
        </w:rPr>
        <w:t>BIBM</w:t>
      </w:r>
      <w:r w:rsidRPr="00A3332C">
        <w:rPr>
          <w:rFonts w:ascii="Arial" w:hAnsi="Arial" w:cs="Arial"/>
          <w:sz w:val="20"/>
          <w:szCs w:val="20"/>
        </w:rPr>
        <w:t xml:space="preserve"> 202</w:t>
      </w:r>
      <w:r w:rsidR="001761D7">
        <w:rPr>
          <w:rFonts w:ascii="Arial" w:hAnsi="Arial" w:cs="Arial"/>
          <w:sz w:val="20"/>
          <w:szCs w:val="20"/>
        </w:rPr>
        <w:t>6</w:t>
      </w:r>
      <w:r w:rsidRPr="00A3332C">
        <w:rPr>
          <w:rFonts w:ascii="Arial" w:hAnsi="Arial" w:cs="Arial"/>
          <w:sz w:val="20"/>
          <w:szCs w:val="20"/>
        </w:rPr>
        <w:t xml:space="preserve"> Undergraduate and High School Symposium Attendance Confirmation</w:t>
      </w:r>
    </w:p>
    <w:p w14:paraId="5487AD50" w14:textId="77777777" w:rsidR="002303C7" w:rsidRPr="00A3332C" w:rsidRDefault="00C87C23" w:rsidP="00164F14">
      <w:pPr>
        <w:pStyle w:val="Heading2"/>
        <w:spacing w:before="0"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>Paper Information:</w:t>
      </w:r>
    </w:p>
    <w:p w14:paraId="7410B61F" w14:textId="4BDF10EF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Paper ID: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4027AEDC" w14:textId="314E0494" w:rsidR="002303C7" w:rsidRPr="00A3332C" w:rsidRDefault="00491741" w:rsidP="00164F14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Paper </w:t>
      </w:r>
      <w:r w:rsidR="00C87C23" w:rsidRPr="00A3332C">
        <w:rPr>
          <w:rFonts w:ascii="Arial" w:hAnsi="Arial" w:cs="Arial"/>
          <w:sz w:val="20"/>
          <w:szCs w:val="20"/>
        </w:rPr>
        <w:t>Title:</w:t>
      </w:r>
      <w:r w:rsidR="00095CAA">
        <w:rPr>
          <w:rFonts w:ascii="Arial" w:hAnsi="Arial" w:cs="Arial"/>
          <w:sz w:val="20"/>
          <w:szCs w:val="20"/>
        </w:rPr>
        <w:t xml:space="preserve">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4D6C0177" w14:textId="77777777" w:rsidR="002303C7" w:rsidRPr="00A3332C" w:rsidRDefault="00C87C23" w:rsidP="00164F14">
      <w:pPr>
        <w:pStyle w:val="Heading2"/>
        <w:spacing w:before="0"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>School Information:</w:t>
      </w:r>
    </w:p>
    <w:p w14:paraId="43812060" w14:textId="53B951FD" w:rsidR="002303C7" w:rsidRPr="00A3332C" w:rsidRDefault="007C12AF" w:rsidP="00164F14">
      <w:pPr>
        <w:spacing w:after="240"/>
        <w:rPr>
          <w:rFonts w:ascii="Arial" w:hAnsi="Arial" w:cs="Arial"/>
          <w:sz w:val="20"/>
          <w:szCs w:val="20"/>
        </w:rPr>
      </w:pPr>
      <w:r w:rsidRPr="007C12AF">
        <w:rPr>
          <w:rFonts w:ascii="Arial" w:hAnsi="Arial" w:cs="Arial"/>
          <w:sz w:val="20"/>
          <w:szCs w:val="20"/>
        </w:rPr>
        <w:t xml:space="preserve">School Name: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4BC3DD2A" w14:textId="25E96587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Principal: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34086961" w14:textId="76EBEFB9" w:rsidR="002303C7" w:rsidRPr="00A3332C" w:rsidRDefault="00095CAA" w:rsidP="00164F14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Phone Number</w:t>
      </w:r>
      <w:r w:rsidR="00C87C23" w:rsidRPr="00A3332C">
        <w:rPr>
          <w:rFonts w:ascii="Arial" w:hAnsi="Arial" w:cs="Arial"/>
          <w:sz w:val="20"/>
          <w:szCs w:val="20"/>
        </w:rPr>
        <w:t xml:space="preserve">: </w:t>
      </w:r>
      <w:r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41BF6EE7" w14:textId="215CD1A0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Email: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680E6464" w14:textId="77777777" w:rsidR="002303C7" w:rsidRPr="00A3332C" w:rsidRDefault="00C87C23" w:rsidP="00164F14">
      <w:pPr>
        <w:pStyle w:val="Heading2"/>
        <w:spacing w:before="0"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>Student Information:</w:t>
      </w:r>
    </w:p>
    <w:p w14:paraId="0B2E2D51" w14:textId="64F3285E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Student Name: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058D3FDD" w14:textId="6AAD1222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Student Email: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16D7C70C" w14:textId="0A2A6B03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Parent Name: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6EFBCEF4" w14:textId="5CD41D0E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Phone Number: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4D3F5E4D" w14:textId="7D275CFF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Parent Email: </w:t>
      </w:r>
      <w:r w:rsidR="00095CAA" w:rsidRPr="0009701A">
        <w:rPr>
          <w:rFonts w:ascii="Arial" w:hAnsi="Arial" w:cs="Arial"/>
          <w:sz w:val="20"/>
          <w:szCs w:val="20"/>
          <w:highlight w:val="yellow"/>
        </w:rPr>
        <w:t>XXX</w:t>
      </w:r>
    </w:p>
    <w:p w14:paraId="13118CF6" w14:textId="77777777" w:rsidR="002303C7" w:rsidRPr="00A3332C" w:rsidRDefault="00C87C23" w:rsidP="00164F14">
      <w:pPr>
        <w:pStyle w:val="Heading2"/>
        <w:spacing w:before="0"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>Permission Statement:</w:t>
      </w:r>
    </w:p>
    <w:p w14:paraId="23597CCE" w14:textId="0C2166ED" w:rsidR="002303C7" w:rsidRPr="00A3332C" w:rsidRDefault="00C87C23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 xml:space="preserve">We, the undersigned, confirm that student </w:t>
      </w:r>
      <w:r w:rsidR="0009701A" w:rsidRPr="0009701A">
        <w:rPr>
          <w:rFonts w:ascii="Arial" w:hAnsi="Arial" w:cs="Arial"/>
          <w:sz w:val="20"/>
          <w:szCs w:val="20"/>
          <w:highlight w:val="yellow"/>
        </w:rPr>
        <w:t>XXX</w:t>
      </w:r>
      <w:r w:rsidR="0009701A" w:rsidRPr="00A3332C">
        <w:rPr>
          <w:rFonts w:ascii="Arial" w:hAnsi="Arial" w:cs="Arial"/>
          <w:sz w:val="20"/>
          <w:szCs w:val="20"/>
        </w:rPr>
        <w:t xml:space="preserve"> </w:t>
      </w:r>
      <w:r w:rsidRPr="00A3332C">
        <w:rPr>
          <w:rFonts w:ascii="Arial" w:hAnsi="Arial" w:cs="Arial"/>
          <w:sz w:val="20"/>
          <w:szCs w:val="20"/>
        </w:rPr>
        <w:t xml:space="preserve">has received permission from Principal </w:t>
      </w:r>
      <w:r w:rsidR="0009701A" w:rsidRPr="0009701A">
        <w:rPr>
          <w:rFonts w:ascii="Arial" w:hAnsi="Arial" w:cs="Arial"/>
          <w:sz w:val="20"/>
          <w:szCs w:val="20"/>
          <w:highlight w:val="yellow"/>
        </w:rPr>
        <w:t>XXX</w:t>
      </w:r>
      <w:r w:rsidRPr="00A3332C">
        <w:rPr>
          <w:rFonts w:ascii="Arial" w:hAnsi="Arial" w:cs="Arial"/>
          <w:sz w:val="20"/>
          <w:szCs w:val="20"/>
        </w:rPr>
        <w:t xml:space="preserve"> (</w:t>
      </w:r>
      <w:r w:rsidR="0009701A" w:rsidRPr="0009701A">
        <w:rPr>
          <w:rFonts w:ascii="Arial" w:hAnsi="Arial" w:cs="Arial"/>
          <w:sz w:val="20"/>
          <w:szCs w:val="20"/>
          <w:highlight w:val="yellow"/>
        </w:rPr>
        <w:t>XXX School</w:t>
      </w:r>
      <w:r w:rsidRPr="00A3332C">
        <w:rPr>
          <w:rFonts w:ascii="Arial" w:hAnsi="Arial" w:cs="Arial"/>
          <w:sz w:val="20"/>
          <w:szCs w:val="20"/>
        </w:rPr>
        <w:t>) to attend and present their research paper</w:t>
      </w:r>
      <w:r w:rsidR="0009701A">
        <w:rPr>
          <w:rFonts w:ascii="Arial" w:hAnsi="Arial" w:cs="Arial"/>
          <w:sz w:val="20"/>
          <w:szCs w:val="20"/>
        </w:rPr>
        <w:t xml:space="preserve">, entitled </w:t>
      </w:r>
      <w:r w:rsidR="0009701A" w:rsidRPr="0009701A">
        <w:rPr>
          <w:rFonts w:ascii="Arial" w:hAnsi="Arial" w:cs="Arial"/>
          <w:sz w:val="20"/>
          <w:szCs w:val="20"/>
          <w:highlight w:val="yellow"/>
        </w:rPr>
        <w:t>XXX</w:t>
      </w:r>
      <w:r w:rsidR="0009701A">
        <w:rPr>
          <w:rFonts w:ascii="Arial" w:hAnsi="Arial" w:cs="Arial"/>
          <w:sz w:val="20"/>
          <w:szCs w:val="20"/>
        </w:rPr>
        <w:t>,</w:t>
      </w:r>
      <w:r w:rsidRPr="00A3332C">
        <w:rPr>
          <w:rFonts w:ascii="Arial" w:hAnsi="Arial" w:cs="Arial"/>
          <w:sz w:val="20"/>
          <w:szCs w:val="20"/>
        </w:rPr>
        <w:t xml:space="preserve"> at the IEEE </w:t>
      </w:r>
      <w:r w:rsidR="002C57EF">
        <w:rPr>
          <w:rFonts w:ascii="Arial" w:hAnsi="Arial" w:cs="Arial"/>
          <w:sz w:val="20"/>
          <w:szCs w:val="20"/>
        </w:rPr>
        <w:t>BIBM</w:t>
      </w:r>
      <w:r w:rsidRPr="00A3332C">
        <w:rPr>
          <w:rFonts w:ascii="Arial" w:hAnsi="Arial" w:cs="Arial"/>
          <w:sz w:val="20"/>
          <w:szCs w:val="20"/>
        </w:rPr>
        <w:t xml:space="preserve"> 202</w:t>
      </w:r>
      <w:r w:rsidR="002C57EF">
        <w:rPr>
          <w:rFonts w:ascii="Arial" w:hAnsi="Arial" w:cs="Arial"/>
          <w:sz w:val="20"/>
          <w:szCs w:val="20"/>
        </w:rPr>
        <w:t>6</w:t>
      </w:r>
      <w:r w:rsidRPr="00A3332C">
        <w:rPr>
          <w:rFonts w:ascii="Arial" w:hAnsi="Arial" w:cs="Arial"/>
          <w:sz w:val="20"/>
          <w:szCs w:val="20"/>
        </w:rPr>
        <w:t xml:space="preserve"> Conference Undergraduate and High School Symposium in </w:t>
      </w:r>
      <w:r w:rsidR="002C57EF" w:rsidRPr="002C57EF">
        <w:rPr>
          <w:rFonts w:ascii="Arial" w:hAnsi="Arial" w:cs="Arial"/>
          <w:sz w:val="20"/>
          <w:szCs w:val="20"/>
        </w:rPr>
        <w:t>Dallas,</w:t>
      </w:r>
      <w:r w:rsidR="002C57EF">
        <w:rPr>
          <w:rFonts w:ascii="Arial" w:hAnsi="Arial" w:cs="Arial"/>
          <w:sz w:val="20"/>
          <w:szCs w:val="20"/>
        </w:rPr>
        <w:t xml:space="preserve"> </w:t>
      </w:r>
      <w:r w:rsidRPr="00A3332C">
        <w:rPr>
          <w:rFonts w:ascii="Arial" w:hAnsi="Arial" w:cs="Arial"/>
          <w:sz w:val="20"/>
          <w:szCs w:val="20"/>
        </w:rPr>
        <w:t xml:space="preserve">USA on </w:t>
      </w:r>
      <w:r w:rsidR="002C57EF">
        <w:rPr>
          <w:rFonts w:ascii="Arial" w:hAnsi="Arial" w:cs="Arial"/>
          <w:sz w:val="20"/>
          <w:szCs w:val="20"/>
        </w:rPr>
        <w:t>Dec</w:t>
      </w:r>
      <w:r w:rsidR="0009701A" w:rsidRPr="00A3332C">
        <w:rPr>
          <w:rFonts w:ascii="Arial" w:hAnsi="Arial" w:cs="Arial"/>
          <w:sz w:val="20"/>
          <w:szCs w:val="20"/>
        </w:rPr>
        <w:t xml:space="preserve"> </w:t>
      </w:r>
      <w:r w:rsidR="002C57EF">
        <w:rPr>
          <w:rFonts w:ascii="Arial" w:hAnsi="Arial" w:cs="Arial"/>
          <w:sz w:val="20"/>
          <w:szCs w:val="20"/>
        </w:rPr>
        <w:t>3rd</w:t>
      </w:r>
      <w:r w:rsidRPr="00A3332C">
        <w:rPr>
          <w:rFonts w:ascii="Arial" w:hAnsi="Arial" w:cs="Arial"/>
          <w:sz w:val="20"/>
          <w:szCs w:val="20"/>
        </w:rPr>
        <w:t>, 202</w:t>
      </w:r>
      <w:r w:rsidR="002C57EF">
        <w:rPr>
          <w:rFonts w:ascii="Arial" w:hAnsi="Arial" w:cs="Arial"/>
          <w:sz w:val="20"/>
          <w:szCs w:val="20"/>
        </w:rPr>
        <w:t>6</w:t>
      </w:r>
      <w:r w:rsidRPr="00A3332C">
        <w:rPr>
          <w:rFonts w:ascii="Arial" w:hAnsi="Arial" w:cs="Arial"/>
          <w:sz w:val="20"/>
          <w:szCs w:val="20"/>
        </w:rPr>
        <w:t xml:space="preserve">. Additionally, we affirm that student </w:t>
      </w:r>
      <w:r w:rsidR="001F71F1" w:rsidRPr="0009701A">
        <w:rPr>
          <w:rFonts w:ascii="Arial" w:hAnsi="Arial" w:cs="Arial"/>
          <w:sz w:val="20"/>
          <w:szCs w:val="20"/>
          <w:highlight w:val="yellow"/>
        </w:rPr>
        <w:t>XXX</w:t>
      </w:r>
      <w:r w:rsidR="001F71F1" w:rsidRPr="00A3332C">
        <w:rPr>
          <w:rFonts w:ascii="Arial" w:hAnsi="Arial" w:cs="Arial"/>
          <w:sz w:val="20"/>
          <w:szCs w:val="20"/>
        </w:rPr>
        <w:t xml:space="preserve"> </w:t>
      </w:r>
      <w:r w:rsidRPr="00A3332C">
        <w:rPr>
          <w:rFonts w:ascii="Arial" w:hAnsi="Arial" w:cs="Arial"/>
          <w:sz w:val="20"/>
          <w:szCs w:val="20"/>
        </w:rPr>
        <w:t xml:space="preserve">will be accompanied by their parent/legal guardian </w:t>
      </w:r>
      <w:r w:rsidR="001F71F1" w:rsidRPr="0009701A">
        <w:rPr>
          <w:rFonts w:ascii="Arial" w:hAnsi="Arial" w:cs="Arial"/>
          <w:sz w:val="20"/>
          <w:szCs w:val="20"/>
          <w:highlight w:val="yellow"/>
        </w:rPr>
        <w:t>XXX</w:t>
      </w:r>
      <w:r w:rsidR="001F71F1" w:rsidRPr="00A3332C">
        <w:rPr>
          <w:rFonts w:ascii="Arial" w:hAnsi="Arial" w:cs="Arial"/>
          <w:sz w:val="20"/>
          <w:szCs w:val="20"/>
        </w:rPr>
        <w:t xml:space="preserve"> </w:t>
      </w:r>
      <w:r w:rsidRPr="00A3332C">
        <w:rPr>
          <w:rFonts w:ascii="Arial" w:hAnsi="Arial" w:cs="Arial"/>
          <w:sz w:val="20"/>
          <w:szCs w:val="20"/>
        </w:rPr>
        <w:t>during the conference.</w:t>
      </w:r>
    </w:p>
    <w:p w14:paraId="5A03FA17" w14:textId="2DD873FE" w:rsidR="00946B23" w:rsidRDefault="00C87C23" w:rsidP="00164F14">
      <w:pPr>
        <w:pStyle w:val="Heading2"/>
        <w:spacing w:before="0" w:after="240"/>
        <w:rPr>
          <w:rFonts w:ascii="Arial" w:hAnsi="Arial" w:cs="Arial"/>
          <w:sz w:val="20"/>
          <w:szCs w:val="20"/>
        </w:rPr>
        <w:sectPr w:rsidR="00946B23"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A3332C">
        <w:rPr>
          <w:rFonts w:ascii="Arial" w:hAnsi="Arial" w:cs="Arial"/>
          <w:sz w:val="20"/>
          <w:szCs w:val="20"/>
        </w:rPr>
        <w:t>Signatures</w:t>
      </w:r>
    </w:p>
    <w:p w14:paraId="6CEB248B" w14:textId="77777777" w:rsidR="001F71F1" w:rsidRDefault="001F71F1" w:rsidP="00164F14">
      <w:pPr>
        <w:spacing w:after="240"/>
        <w:rPr>
          <w:rFonts w:ascii="Arial" w:hAnsi="Arial" w:cs="Arial"/>
          <w:sz w:val="20"/>
          <w:szCs w:val="20"/>
        </w:rPr>
      </w:pPr>
    </w:p>
    <w:p w14:paraId="6EE8D8BE" w14:textId="77777777" w:rsidR="00946B23" w:rsidRDefault="00946B23" w:rsidP="00164F14">
      <w:pPr>
        <w:spacing w:after="240"/>
        <w:rPr>
          <w:rFonts w:ascii="Arial" w:hAnsi="Arial" w:cs="Arial"/>
          <w:sz w:val="20"/>
          <w:szCs w:val="20"/>
        </w:rPr>
        <w:sectPr w:rsidR="00946B23" w:rsidSect="00946B23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40826337" w14:textId="49824592" w:rsidR="001F71F1" w:rsidRDefault="001F71F1" w:rsidP="00164F14">
      <w:pPr>
        <w:spacing w:after="240"/>
        <w:rPr>
          <w:rFonts w:ascii="Arial" w:hAnsi="Arial" w:cs="Arial"/>
          <w:sz w:val="20"/>
          <w:szCs w:val="20"/>
        </w:rPr>
      </w:pPr>
      <w:r w:rsidRPr="00A3332C">
        <w:rPr>
          <w:rFonts w:ascii="Arial" w:hAnsi="Arial" w:cs="Arial"/>
          <w:sz w:val="20"/>
          <w:szCs w:val="20"/>
        </w:rPr>
        <w:t>Principal</w:t>
      </w:r>
      <w:r>
        <w:rPr>
          <w:rFonts w:ascii="Arial" w:hAnsi="Arial" w:cs="Arial"/>
          <w:sz w:val="20"/>
          <w:szCs w:val="20"/>
        </w:rPr>
        <w:t>:</w:t>
      </w:r>
      <w:r w:rsidRPr="001F71F1">
        <w:rPr>
          <w:rFonts w:ascii="Arial" w:hAnsi="Arial" w:cs="Arial"/>
          <w:sz w:val="20"/>
          <w:szCs w:val="20"/>
        </w:rPr>
        <w:t xml:space="preserve"> </w:t>
      </w:r>
      <w:r w:rsidRPr="00A3332C">
        <w:rPr>
          <w:rFonts w:ascii="Arial" w:hAnsi="Arial" w:cs="Arial"/>
          <w:sz w:val="20"/>
          <w:szCs w:val="20"/>
        </w:rPr>
        <w:t>__________</w:t>
      </w:r>
      <w:r w:rsidR="00EF6C22" w:rsidRPr="00A3332C">
        <w:rPr>
          <w:rFonts w:ascii="Arial" w:hAnsi="Arial" w:cs="Arial"/>
          <w:sz w:val="20"/>
          <w:szCs w:val="20"/>
        </w:rPr>
        <w:t>__________</w:t>
      </w:r>
      <w:r w:rsidR="00FE591E">
        <w:rPr>
          <w:rFonts w:ascii="Arial" w:hAnsi="Arial" w:cs="Arial"/>
          <w:sz w:val="20"/>
          <w:szCs w:val="20"/>
        </w:rPr>
        <w:tab/>
      </w:r>
      <w:r w:rsidR="00FE591E">
        <w:rPr>
          <w:rFonts w:ascii="Arial" w:hAnsi="Arial" w:cs="Arial"/>
          <w:sz w:val="20"/>
          <w:szCs w:val="20"/>
        </w:rPr>
        <w:tab/>
      </w:r>
      <w:r w:rsidR="00FE591E">
        <w:rPr>
          <w:rFonts w:ascii="Arial" w:hAnsi="Arial" w:cs="Arial"/>
          <w:sz w:val="20"/>
          <w:szCs w:val="20"/>
        </w:rPr>
        <w:tab/>
        <w:t>Parent:</w:t>
      </w:r>
      <w:r w:rsidR="00FE591E" w:rsidRPr="001F71F1">
        <w:rPr>
          <w:rFonts w:ascii="Arial" w:hAnsi="Arial" w:cs="Arial"/>
          <w:sz w:val="20"/>
          <w:szCs w:val="20"/>
        </w:rPr>
        <w:t xml:space="preserve"> </w:t>
      </w:r>
      <w:r w:rsidR="00FE591E" w:rsidRPr="00A3332C">
        <w:rPr>
          <w:rFonts w:ascii="Arial" w:hAnsi="Arial" w:cs="Arial"/>
          <w:sz w:val="20"/>
          <w:szCs w:val="20"/>
        </w:rPr>
        <w:t>__________</w:t>
      </w:r>
      <w:r w:rsidR="00EF6C22" w:rsidRPr="00A3332C">
        <w:rPr>
          <w:rFonts w:ascii="Arial" w:hAnsi="Arial" w:cs="Arial"/>
          <w:sz w:val="20"/>
          <w:szCs w:val="20"/>
        </w:rPr>
        <w:t>__________</w:t>
      </w:r>
      <w:r w:rsidR="00FE591E">
        <w:rPr>
          <w:rFonts w:ascii="Arial" w:hAnsi="Arial" w:cs="Arial"/>
          <w:sz w:val="20"/>
          <w:szCs w:val="20"/>
        </w:rPr>
        <w:tab/>
      </w:r>
    </w:p>
    <w:p w14:paraId="0E8EE8BD" w14:textId="77777777" w:rsidR="00946B23" w:rsidRDefault="00946B23" w:rsidP="00164F14">
      <w:pPr>
        <w:spacing w:after="240"/>
        <w:rPr>
          <w:rFonts w:ascii="Arial" w:hAnsi="Arial" w:cs="Arial"/>
          <w:sz w:val="20"/>
          <w:szCs w:val="20"/>
        </w:rPr>
      </w:pPr>
    </w:p>
    <w:p w14:paraId="38777659" w14:textId="53C459D5" w:rsidR="00946B23" w:rsidRDefault="00946B23" w:rsidP="00164F14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Signature:</w:t>
      </w:r>
      <w:r w:rsidRPr="00946B23">
        <w:rPr>
          <w:rFonts w:ascii="Arial" w:hAnsi="Arial" w:cs="Arial"/>
          <w:sz w:val="20"/>
          <w:szCs w:val="20"/>
        </w:rPr>
        <w:t xml:space="preserve"> </w:t>
      </w:r>
      <w:r w:rsidRPr="00A3332C">
        <w:rPr>
          <w:rFonts w:ascii="Arial" w:hAnsi="Arial" w:cs="Arial"/>
          <w:sz w:val="20"/>
          <w:szCs w:val="20"/>
        </w:rPr>
        <w:t>__________</w:t>
      </w:r>
      <w:r w:rsidR="00EF6C22" w:rsidRPr="00A3332C">
        <w:rPr>
          <w:rFonts w:ascii="Arial" w:hAnsi="Arial" w:cs="Arial"/>
          <w:sz w:val="20"/>
          <w:szCs w:val="20"/>
        </w:rPr>
        <w:t>__________</w:t>
      </w:r>
      <w:r w:rsidR="00FE591E">
        <w:rPr>
          <w:rFonts w:ascii="Arial" w:hAnsi="Arial" w:cs="Arial"/>
          <w:sz w:val="20"/>
          <w:szCs w:val="20"/>
        </w:rPr>
        <w:tab/>
      </w:r>
      <w:r w:rsidR="00FE591E">
        <w:rPr>
          <w:rFonts w:ascii="Arial" w:hAnsi="Arial" w:cs="Arial"/>
          <w:sz w:val="20"/>
          <w:szCs w:val="20"/>
        </w:rPr>
        <w:tab/>
      </w:r>
      <w:r w:rsidR="00FE591E">
        <w:rPr>
          <w:rFonts w:ascii="Arial" w:hAnsi="Arial" w:cs="Arial"/>
          <w:sz w:val="20"/>
          <w:szCs w:val="20"/>
        </w:rPr>
        <w:tab/>
        <w:t>Signature:</w:t>
      </w:r>
      <w:r w:rsidR="00FE591E" w:rsidRPr="00946B23">
        <w:rPr>
          <w:rFonts w:ascii="Arial" w:hAnsi="Arial" w:cs="Arial"/>
          <w:sz w:val="20"/>
          <w:szCs w:val="20"/>
        </w:rPr>
        <w:t xml:space="preserve"> </w:t>
      </w:r>
      <w:r w:rsidR="00FE591E" w:rsidRPr="00A3332C">
        <w:rPr>
          <w:rFonts w:ascii="Arial" w:hAnsi="Arial" w:cs="Arial"/>
          <w:sz w:val="20"/>
          <w:szCs w:val="20"/>
        </w:rPr>
        <w:t>__________</w:t>
      </w:r>
      <w:r w:rsidR="00EF6C22" w:rsidRPr="00A3332C">
        <w:rPr>
          <w:rFonts w:ascii="Arial" w:hAnsi="Arial" w:cs="Arial"/>
          <w:sz w:val="20"/>
          <w:szCs w:val="20"/>
        </w:rPr>
        <w:t>__________</w:t>
      </w:r>
    </w:p>
    <w:p w14:paraId="1A252630" w14:textId="77777777" w:rsidR="00946B23" w:rsidRDefault="00946B23" w:rsidP="00164F14">
      <w:pPr>
        <w:spacing w:after="240"/>
        <w:rPr>
          <w:rFonts w:ascii="Arial" w:hAnsi="Arial" w:cs="Arial"/>
          <w:sz w:val="20"/>
          <w:szCs w:val="20"/>
        </w:rPr>
      </w:pPr>
    </w:p>
    <w:p w14:paraId="75CFD546" w14:textId="77777777" w:rsidR="001F71F1" w:rsidRDefault="001F71F1" w:rsidP="00164F14">
      <w:pPr>
        <w:spacing w:after="240"/>
        <w:rPr>
          <w:rFonts w:ascii="Arial" w:hAnsi="Arial" w:cs="Arial"/>
          <w:sz w:val="20"/>
          <w:szCs w:val="20"/>
        </w:rPr>
        <w:sectPr w:rsidR="001F71F1" w:rsidSect="00946B23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3EC843F1" w14:textId="21ED25D0" w:rsidR="00C87C23" w:rsidRPr="001C4E38" w:rsidRDefault="001F71F1" w:rsidP="00164F14">
      <w:pPr>
        <w:spacing w:after="240"/>
      </w:pPr>
      <w:r w:rsidRPr="00A3332C">
        <w:rPr>
          <w:rFonts w:ascii="Arial" w:hAnsi="Arial" w:cs="Arial"/>
          <w:sz w:val="20"/>
          <w:szCs w:val="20"/>
        </w:rPr>
        <w:t>Date: __________</w:t>
      </w:r>
      <w:r w:rsidR="00EF6C22" w:rsidRPr="00A3332C">
        <w:rPr>
          <w:rFonts w:ascii="Arial" w:hAnsi="Arial" w:cs="Arial"/>
          <w:sz w:val="20"/>
          <w:szCs w:val="20"/>
        </w:rPr>
        <w:t>__________</w:t>
      </w:r>
      <w:r w:rsidR="00FE591E">
        <w:rPr>
          <w:rFonts w:ascii="Arial" w:hAnsi="Arial" w:cs="Arial"/>
          <w:sz w:val="20"/>
          <w:szCs w:val="20"/>
        </w:rPr>
        <w:tab/>
      </w:r>
      <w:r w:rsidR="00FE591E">
        <w:rPr>
          <w:rFonts w:ascii="Arial" w:hAnsi="Arial" w:cs="Arial"/>
          <w:sz w:val="20"/>
          <w:szCs w:val="20"/>
        </w:rPr>
        <w:tab/>
      </w:r>
      <w:r w:rsidR="00FE591E">
        <w:rPr>
          <w:rFonts w:ascii="Arial" w:hAnsi="Arial" w:cs="Arial"/>
          <w:sz w:val="20"/>
          <w:szCs w:val="20"/>
        </w:rPr>
        <w:tab/>
      </w:r>
      <w:r w:rsidR="00FE591E">
        <w:rPr>
          <w:rFonts w:ascii="Arial" w:hAnsi="Arial" w:cs="Arial"/>
          <w:sz w:val="20"/>
          <w:szCs w:val="20"/>
        </w:rPr>
        <w:tab/>
      </w:r>
      <w:r w:rsidR="00FE591E" w:rsidRPr="00A3332C">
        <w:rPr>
          <w:rFonts w:ascii="Arial" w:hAnsi="Arial" w:cs="Arial"/>
          <w:sz w:val="20"/>
          <w:szCs w:val="20"/>
        </w:rPr>
        <w:t>Date: __________</w:t>
      </w:r>
      <w:r w:rsidR="00EF6C22" w:rsidRPr="00A3332C">
        <w:rPr>
          <w:rFonts w:ascii="Arial" w:hAnsi="Arial" w:cs="Arial"/>
          <w:sz w:val="20"/>
          <w:szCs w:val="20"/>
        </w:rPr>
        <w:t>__________</w:t>
      </w:r>
    </w:p>
    <w:sectPr w:rsidR="00C87C23" w:rsidRPr="001C4E38" w:rsidSect="00946B23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2974156">
    <w:abstractNumId w:val="8"/>
  </w:num>
  <w:num w:numId="2" w16cid:durableId="785001192">
    <w:abstractNumId w:val="6"/>
  </w:num>
  <w:num w:numId="3" w16cid:durableId="2046370139">
    <w:abstractNumId w:val="5"/>
  </w:num>
  <w:num w:numId="4" w16cid:durableId="1087269637">
    <w:abstractNumId w:val="4"/>
  </w:num>
  <w:num w:numId="5" w16cid:durableId="21396756">
    <w:abstractNumId w:val="7"/>
  </w:num>
  <w:num w:numId="6" w16cid:durableId="1096907240">
    <w:abstractNumId w:val="3"/>
  </w:num>
  <w:num w:numId="7" w16cid:durableId="777795744">
    <w:abstractNumId w:val="2"/>
  </w:num>
  <w:num w:numId="8" w16cid:durableId="16393427">
    <w:abstractNumId w:val="1"/>
  </w:num>
  <w:num w:numId="9" w16cid:durableId="1081634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E4F"/>
    <w:rsid w:val="00034616"/>
    <w:rsid w:val="0006063C"/>
    <w:rsid w:val="00095CAA"/>
    <w:rsid w:val="0009701A"/>
    <w:rsid w:val="0015074B"/>
    <w:rsid w:val="00164F14"/>
    <w:rsid w:val="001761D7"/>
    <w:rsid w:val="001C4E38"/>
    <w:rsid w:val="001F71F1"/>
    <w:rsid w:val="002303C7"/>
    <w:rsid w:val="0029639D"/>
    <w:rsid w:val="002C57EF"/>
    <w:rsid w:val="00326F90"/>
    <w:rsid w:val="00491741"/>
    <w:rsid w:val="00660AD6"/>
    <w:rsid w:val="007C12AF"/>
    <w:rsid w:val="0080119F"/>
    <w:rsid w:val="00904506"/>
    <w:rsid w:val="00946B23"/>
    <w:rsid w:val="00997E9B"/>
    <w:rsid w:val="00A3332C"/>
    <w:rsid w:val="00AA1D8D"/>
    <w:rsid w:val="00B47730"/>
    <w:rsid w:val="00B55168"/>
    <w:rsid w:val="00BE3F74"/>
    <w:rsid w:val="00C87C23"/>
    <w:rsid w:val="00CB0664"/>
    <w:rsid w:val="00EF6C22"/>
    <w:rsid w:val="00FC693F"/>
    <w:rsid w:val="00FE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72E2D43-E221-C443-AF17-9FE81028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Ping Wang</cp:lastModifiedBy>
  <cp:revision>21</cp:revision>
  <dcterms:created xsi:type="dcterms:W3CDTF">2013-12-23T23:15:00Z</dcterms:created>
  <dcterms:modified xsi:type="dcterms:W3CDTF">2026-09-30T14:14:00Z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3fd474-4f3c-44ed-88fb-5cc4bd2471bf_Enabled">
    <vt:lpwstr>true</vt:lpwstr>
  </property>
  <property fmtid="{D5CDD505-2E9C-101B-9397-08002B2CF9AE}" pid="3" name="MSIP_Label_a73fd474-4f3c-44ed-88fb-5cc4bd2471bf_SetDate">
    <vt:lpwstr>2026-09-30T14:13:37Z</vt:lpwstr>
  </property>
  <property fmtid="{D5CDD505-2E9C-101B-9397-08002B2CF9AE}" pid="4" name="MSIP_Label_a73fd474-4f3c-44ed-88fb-5cc4bd2471bf_Method">
    <vt:lpwstr>Standard</vt:lpwstr>
  </property>
  <property fmtid="{D5CDD505-2E9C-101B-9397-08002B2CF9AE}" pid="5" name="MSIP_Label_a73fd474-4f3c-44ed-88fb-5cc4bd2471bf_Name">
    <vt:lpwstr>defa4170-0d19-0005-0004-bc88714345d2</vt:lpwstr>
  </property>
  <property fmtid="{D5CDD505-2E9C-101B-9397-08002B2CF9AE}" pid="6" name="MSIP_Label_a73fd474-4f3c-44ed-88fb-5cc4bd2471bf_SiteId">
    <vt:lpwstr>8d1a69ec-03b5-4345-ae21-dad112f5fb4f</vt:lpwstr>
  </property>
  <property fmtid="{D5CDD505-2E9C-101B-9397-08002B2CF9AE}" pid="7" name="MSIP_Label_a73fd474-4f3c-44ed-88fb-5cc4bd2471bf_ActionId">
    <vt:lpwstr>f509876b-2b54-4024-8f87-13e712092c6c</vt:lpwstr>
  </property>
  <property fmtid="{D5CDD505-2E9C-101B-9397-08002B2CF9AE}" pid="8" name="MSIP_Label_a73fd474-4f3c-44ed-88fb-5cc4bd2471bf_ContentBits">
    <vt:lpwstr>0</vt:lpwstr>
  </property>
  <property fmtid="{D5CDD505-2E9C-101B-9397-08002B2CF9AE}" pid="9" name="MSIP_Label_a73fd474-4f3c-44ed-88fb-5cc4bd2471bf_Tag">
    <vt:lpwstr>50, 3, 0, 1</vt:lpwstr>
  </property>
</Properties>
</file>